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39FD4" w14:textId="77777777" w:rsidR="00715E53" w:rsidRPr="00512EDC" w:rsidRDefault="00000000" w:rsidP="00512EDC">
      <w:pPr>
        <w:rPr>
          <w:sz w:val="32"/>
          <w:szCs w:val="32"/>
          <w:lang w:val="bs-Latn-BA"/>
        </w:rPr>
      </w:pPr>
      <w:r w:rsidRPr="00512EDC">
        <w:rPr>
          <w:sz w:val="32"/>
          <w:szCs w:val="32"/>
          <w:lang w:val="bs-Latn-BA"/>
        </w:rPr>
        <w:t>OBRAZAC 1: APLIKACIONA FORMA</w:t>
      </w:r>
    </w:p>
    <w:p w14:paraId="5E573678" w14:textId="77777777" w:rsidR="00715E53" w:rsidRPr="00512EDC" w:rsidRDefault="00000000" w:rsidP="00512EDC">
      <w:pPr>
        <w:pStyle w:val="Heading1"/>
        <w:rPr>
          <w:lang w:val="bs-Latn-BA"/>
        </w:rPr>
      </w:pPr>
      <w:r w:rsidRPr="00512EDC">
        <w:rPr>
          <w:lang w:val="bs-Latn-BA"/>
        </w:rPr>
        <w:t>1. OSNOVNI PODACI O ORGANIZACIJI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9"/>
        <w:gridCol w:w="5321"/>
      </w:tblGrid>
      <w:tr w:rsidR="00715E53" w:rsidRPr="00512EDC" w14:paraId="683CD779" w14:textId="77777777" w:rsidTr="00135482">
        <w:tc>
          <w:tcPr>
            <w:tcW w:w="4032" w:type="dxa"/>
          </w:tcPr>
          <w:p w14:paraId="52D18B1C" w14:textId="77777777" w:rsidR="00715E53" w:rsidRPr="00512EDC" w:rsidRDefault="00000000" w:rsidP="00135482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Pun naziv organizacije (BSO):</w:t>
            </w:r>
          </w:p>
        </w:tc>
        <w:tc>
          <w:tcPr>
            <w:tcW w:w="5328" w:type="dxa"/>
          </w:tcPr>
          <w:p w14:paraId="4BD29221" w14:textId="77777777" w:rsidR="00715E53" w:rsidRPr="00512EDC" w:rsidRDefault="00715E53" w:rsidP="00135482">
            <w:pPr>
              <w:rPr>
                <w:lang w:val="bs-Latn-BA"/>
              </w:rPr>
            </w:pPr>
          </w:p>
        </w:tc>
      </w:tr>
      <w:tr w:rsidR="00715E53" w:rsidRPr="00512EDC" w14:paraId="5CB5ED34" w14:textId="77777777" w:rsidTr="00135482">
        <w:tc>
          <w:tcPr>
            <w:tcW w:w="4032" w:type="dxa"/>
          </w:tcPr>
          <w:p w14:paraId="41478250" w14:textId="77777777" w:rsidR="00EB5F53" w:rsidRPr="00512EDC" w:rsidRDefault="00000000" w:rsidP="00135482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Pravni status / Forma:</w:t>
            </w:r>
          </w:p>
          <w:p w14:paraId="012334D9" w14:textId="4B9F81E8" w:rsidR="00715E53" w:rsidRPr="00512EDC" w:rsidRDefault="00000000" w:rsidP="00135482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 xml:space="preserve">(razvojna agencija, komora, inovacioni centar, NVO, univerzitetski centar, </w:t>
            </w:r>
            <w:proofErr w:type="spellStart"/>
            <w:r w:rsidRPr="00512EDC">
              <w:rPr>
                <w:lang w:val="bs-Latn-BA"/>
              </w:rPr>
              <w:t>opštinsko</w:t>
            </w:r>
            <w:proofErr w:type="spellEnd"/>
            <w:r w:rsidRPr="00512EDC">
              <w:rPr>
                <w:lang w:val="bs-Latn-BA"/>
              </w:rPr>
              <w:t xml:space="preserve"> odjeljenje, itd.)</w:t>
            </w:r>
          </w:p>
        </w:tc>
        <w:tc>
          <w:tcPr>
            <w:tcW w:w="5328" w:type="dxa"/>
          </w:tcPr>
          <w:p w14:paraId="3EAF0DEC" w14:textId="77777777" w:rsidR="00715E53" w:rsidRPr="00512EDC" w:rsidRDefault="00715E53" w:rsidP="00135482">
            <w:pPr>
              <w:rPr>
                <w:lang w:val="bs-Latn-BA"/>
              </w:rPr>
            </w:pPr>
          </w:p>
        </w:tc>
      </w:tr>
      <w:tr w:rsidR="00715E53" w:rsidRPr="00512EDC" w14:paraId="4A81F69E" w14:textId="77777777" w:rsidTr="00135482">
        <w:tc>
          <w:tcPr>
            <w:tcW w:w="4032" w:type="dxa"/>
          </w:tcPr>
          <w:p w14:paraId="4A59BA5C" w14:textId="77777777" w:rsidR="00715E53" w:rsidRPr="00512EDC" w:rsidRDefault="00000000" w:rsidP="00135482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JIB / Matični broj:</w:t>
            </w:r>
          </w:p>
        </w:tc>
        <w:tc>
          <w:tcPr>
            <w:tcW w:w="5328" w:type="dxa"/>
          </w:tcPr>
          <w:p w14:paraId="6F4F266C" w14:textId="77777777" w:rsidR="00715E53" w:rsidRPr="00512EDC" w:rsidRDefault="00715E53" w:rsidP="00135482">
            <w:pPr>
              <w:rPr>
                <w:lang w:val="bs-Latn-BA"/>
              </w:rPr>
            </w:pPr>
          </w:p>
        </w:tc>
      </w:tr>
      <w:tr w:rsidR="00715E53" w:rsidRPr="00512EDC" w14:paraId="4FE62C56" w14:textId="77777777" w:rsidTr="00135482">
        <w:tc>
          <w:tcPr>
            <w:tcW w:w="4032" w:type="dxa"/>
          </w:tcPr>
          <w:p w14:paraId="76DEEF20" w14:textId="77777777" w:rsidR="00715E53" w:rsidRPr="00512EDC" w:rsidRDefault="00000000" w:rsidP="00135482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Adresa sjedišta i grad/opština:</w:t>
            </w:r>
          </w:p>
        </w:tc>
        <w:tc>
          <w:tcPr>
            <w:tcW w:w="5328" w:type="dxa"/>
          </w:tcPr>
          <w:p w14:paraId="618895C2" w14:textId="77777777" w:rsidR="00715E53" w:rsidRPr="00512EDC" w:rsidRDefault="00715E53" w:rsidP="00135482">
            <w:pPr>
              <w:rPr>
                <w:lang w:val="bs-Latn-BA"/>
              </w:rPr>
            </w:pPr>
          </w:p>
        </w:tc>
      </w:tr>
      <w:tr w:rsidR="00715E53" w:rsidRPr="00512EDC" w14:paraId="3B3F7A21" w14:textId="77777777" w:rsidTr="00135482">
        <w:tc>
          <w:tcPr>
            <w:tcW w:w="4032" w:type="dxa"/>
          </w:tcPr>
          <w:p w14:paraId="4C3FB88E" w14:textId="77777777" w:rsidR="00715E53" w:rsidRPr="00512EDC" w:rsidRDefault="00000000" w:rsidP="00135482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Web stranica organizacije:</w:t>
            </w:r>
          </w:p>
        </w:tc>
        <w:tc>
          <w:tcPr>
            <w:tcW w:w="5328" w:type="dxa"/>
          </w:tcPr>
          <w:p w14:paraId="43980D35" w14:textId="77777777" w:rsidR="00715E53" w:rsidRPr="00512EDC" w:rsidRDefault="00715E53" w:rsidP="00135482">
            <w:pPr>
              <w:rPr>
                <w:lang w:val="bs-Latn-BA"/>
              </w:rPr>
            </w:pPr>
          </w:p>
        </w:tc>
      </w:tr>
      <w:tr w:rsidR="00715E53" w:rsidRPr="00512EDC" w14:paraId="66BFE519" w14:textId="77777777" w:rsidTr="00135482">
        <w:tc>
          <w:tcPr>
            <w:tcW w:w="4032" w:type="dxa"/>
          </w:tcPr>
          <w:p w14:paraId="0D3D0F98" w14:textId="77777777" w:rsidR="00715E53" w:rsidRPr="00512EDC" w:rsidRDefault="00000000" w:rsidP="00135482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Ime i prezime odgovornog lica (ovlašteno lice):</w:t>
            </w:r>
          </w:p>
        </w:tc>
        <w:tc>
          <w:tcPr>
            <w:tcW w:w="5328" w:type="dxa"/>
          </w:tcPr>
          <w:p w14:paraId="7A8BF842" w14:textId="77777777" w:rsidR="00715E53" w:rsidRPr="00512EDC" w:rsidRDefault="00715E53" w:rsidP="00135482">
            <w:pPr>
              <w:rPr>
                <w:lang w:val="bs-Latn-BA"/>
              </w:rPr>
            </w:pPr>
          </w:p>
        </w:tc>
      </w:tr>
      <w:tr w:rsidR="00715E53" w:rsidRPr="00512EDC" w14:paraId="4D5103F0" w14:textId="77777777" w:rsidTr="00135482">
        <w:tc>
          <w:tcPr>
            <w:tcW w:w="4032" w:type="dxa"/>
          </w:tcPr>
          <w:p w14:paraId="6AC4EA4A" w14:textId="77777777" w:rsidR="00715E53" w:rsidRPr="00512EDC" w:rsidRDefault="00000000" w:rsidP="00135482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Funkcija odgovornog lica:</w:t>
            </w:r>
          </w:p>
        </w:tc>
        <w:tc>
          <w:tcPr>
            <w:tcW w:w="5328" w:type="dxa"/>
          </w:tcPr>
          <w:p w14:paraId="1F5CFC8A" w14:textId="77777777" w:rsidR="00715E53" w:rsidRPr="00512EDC" w:rsidRDefault="00715E53" w:rsidP="00135482">
            <w:pPr>
              <w:rPr>
                <w:lang w:val="bs-Latn-BA"/>
              </w:rPr>
            </w:pPr>
          </w:p>
        </w:tc>
      </w:tr>
      <w:tr w:rsidR="00715E53" w:rsidRPr="00512EDC" w14:paraId="10CD1C13" w14:textId="77777777" w:rsidTr="00135482">
        <w:tc>
          <w:tcPr>
            <w:tcW w:w="4032" w:type="dxa"/>
          </w:tcPr>
          <w:p w14:paraId="3810E4CE" w14:textId="77777777" w:rsidR="00715E53" w:rsidRPr="00512EDC" w:rsidRDefault="00000000" w:rsidP="00135482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E-mail odgovornog lica:</w:t>
            </w:r>
          </w:p>
        </w:tc>
        <w:tc>
          <w:tcPr>
            <w:tcW w:w="5328" w:type="dxa"/>
          </w:tcPr>
          <w:p w14:paraId="7B268BC6" w14:textId="77777777" w:rsidR="00715E53" w:rsidRPr="00512EDC" w:rsidRDefault="00715E53" w:rsidP="00135482">
            <w:pPr>
              <w:rPr>
                <w:lang w:val="bs-Latn-BA"/>
              </w:rPr>
            </w:pPr>
          </w:p>
        </w:tc>
      </w:tr>
    </w:tbl>
    <w:p w14:paraId="27BAC305" w14:textId="77777777" w:rsidR="00715E53" w:rsidRPr="00512EDC" w:rsidRDefault="00715E53">
      <w:pPr>
        <w:spacing w:after="240"/>
        <w:rPr>
          <w:lang w:val="bs-Latn-BA"/>
        </w:rPr>
      </w:pPr>
    </w:p>
    <w:p w14:paraId="42D8608C" w14:textId="77777777" w:rsidR="00715E53" w:rsidRPr="00512EDC" w:rsidRDefault="00000000" w:rsidP="00EB5F53">
      <w:pPr>
        <w:pStyle w:val="Heading1"/>
        <w:rPr>
          <w:lang w:val="bs-Latn-BA"/>
        </w:rPr>
      </w:pPr>
      <w:r w:rsidRPr="00512EDC">
        <w:rPr>
          <w:lang w:val="bs-Latn-BA"/>
        </w:rPr>
        <w:t>2. KONTAKT OSOBA ZA KORDINACIJU I UČEŠĆE U PROGRAMU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9"/>
        <w:gridCol w:w="5321"/>
      </w:tblGrid>
      <w:tr w:rsidR="00715E53" w:rsidRPr="00512EDC" w14:paraId="31CB534A" w14:textId="77777777" w:rsidTr="00EB5F53">
        <w:tc>
          <w:tcPr>
            <w:tcW w:w="4032" w:type="dxa"/>
          </w:tcPr>
          <w:p w14:paraId="01FCAA83" w14:textId="77777777" w:rsidR="00715E53" w:rsidRPr="00512EDC" w:rsidRDefault="00000000" w:rsidP="00EB5F53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Ime i prezime kontakt osobe:</w:t>
            </w:r>
          </w:p>
        </w:tc>
        <w:tc>
          <w:tcPr>
            <w:tcW w:w="5328" w:type="dxa"/>
          </w:tcPr>
          <w:p w14:paraId="55261A49" w14:textId="77777777" w:rsidR="00715E53" w:rsidRPr="00512EDC" w:rsidRDefault="00715E53" w:rsidP="00EB5F53">
            <w:pPr>
              <w:rPr>
                <w:lang w:val="bs-Latn-BA"/>
              </w:rPr>
            </w:pPr>
          </w:p>
        </w:tc>
      </w:tr>
      <w:tr w:rsidR="00715E53" w:rsidRPr="00512EDC" w14:paraId="55CA23E0" w14:textId="77777777" w:rsidTr="00EB5F53">
        <w:tc>
          <w:tcPr>
            <w:tcW w:w="4032" w:type="dxa"/>
          </w:tcPr>
          <w:p w14:paraId="60471685" w14:textId="77777777" w:rsidR="00715E53" w:rsidRPr="00512EDC" w:rsidRDefault="00000000" w:rsidP="00EB5F53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Pozicija / Funkcija u organizaciji:</w:t>
            </w:r>
          </w:p>
        </w:tc>
        <w:tc>
          <w:tcPr>
            <w:tcW w:w="5328" w:type="dxa"/>
          </w:tcPr>
          <w:p w14:paraId="2237E7F3" w14:textId="77777777" w:rsidR="00715E53" w:rsidRPr="00512EDC" w:rsidRDefault="00715E53" w:rsidP="00EB5F53">
            <w:pPr>
              <w:rPr>
                <w:lang w:val="bs-Latn-BA"/>
              </w:rPr>
            </w:pPr>
          </w:p>
        </w:tc>
      </w:tr>
      <w:tr w:rsidR="00715E53" w:rsidRPr="00512EDC" w14:paraId="46F298C5" w14:textId="77777777" w:rsidTr="00EB5F53">
        <w:tc>
          <w:tcPr>
            <w:tcW w:w="4032" w:type="dxa"/>
          </w:tcPr>
          <w:p w14:paraId="46CF36F8" w14:textId="77777777" w:rsidR="00715E53" w:rsidRPr="00512EDC" w:rsidRDefault="00000000" w:rsidP="00EB5F53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E-mail adresa:</w:t>
            </w:r>
          </w:p>
        </w:tc>
        <w:tc>
          <w:tcPr>
            <w:tcW w:w="5328" w:type="dxa"/>
          </w:tcPr>
          <w:p w14:paraId="167CA5D5" w14:textId="77777777" w:rsidR="00715E53" w:rsidRPr="00512EDC" w:rsidRDefault="00715E53" w:rsidP="00EB5F53">
            <w:pPr>
              <w:rPr>
                <w:lang w:val="bs-Latn-BA"/>
              </w:rPr>
            </w:pPr>
          </w:p>
        </w:tc>
      </w:tr>
      <w:tr w:rsidR="00715E53" w:rsidRPr="00512EDC" w14:paraId="17476B02" w14:textId="77777777" w:rsidTr="00EB5F53">
        <w:tc>
          <w:tcPr>
            <w:tcW w:w="4032" w:type="dxa"/>
          </w:tcPr>
          <w:p w14:paraId="63DBA6D7" w14:textId="73F846D7" w:rsidR="00715E53" w:rsidRPr="00512EDC" w:rsidRDefault="00000000" w:rsidP="00EB5F53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Broj telefon</w:t>
            </w:r>
            <w:r w:rsidR="00512EDC">
              <w:rPr>
                <w:lang w:val="bs-Latn-BA"/>
              </w:rPr>
              <w:t>a</w:t>
            </w:r>
            <w:r w:rsidRPr="00512EDC">
              <w:rPr>
                <w:lang w:val="bs-Latn-BA"/>
              </w:rPr>
              <w:t>:</w:t>
            </w:r>
          </w:p>
        </w:tc>
        <w:tc>
          <w:tcPr>
            <w:tcW w:w="5328" w:type="dxa"/>
          </w:tcPr>
          <w:p w14:paraId="7C9C67CF" w14:textId="77777777" w:rsidR="00715E53" w:rsidRPr="00512EDC" w:rsidRDefault="00715E53" w:rsidP="00EB5F53">
            <w:pPr>
              <w:rPr>
                <w:lang w:val="bs-Latn-BA"/>
              </w:rPr>
            </w:pPr>
          </w:p>
        </w:tc>
      </w:tr>
    </w:tbl>
    <w:p w14:paraId="29E0FA7A" w14:textId="77777777" w:rsidR="00715E53" w:rsidRDefault="00715E53">
      <w:pPr>
        <w:spacing w:after="240"/>
        <w:rPr>
          <w:lang w:val="bs-Latn-BA"/>
        </w:rPr>
      </w:pPr>
    </w:p>
    <w:p w14:paraId="0F558761" w14:textId="77777777" w:rsidR="00512EDC" w:rsidRPr="00512EDC" w:rsidRDefault="00512EDC">
      <w:pPr>
        <w:spacing w:after="240"/>
        <w:rPr>
          <w:lang w:val="bs-Latn-BA"/>
        </w:rPr>
      </w:pPr>
    </w:p>
    <w:p w14:paraId="36F5F07D" w14:textId="77777777" w:rsidR="00715E53" w:rsidRPr="00512EDC" w:rsidRDefault="00000000" w:rsidP="00EB5F53">
      <w:pPr>
        <w:pStyle w:val="Heading1"/>
        <w:rPr>
          <w:lang w:val="bs-Latn-BA"/>
        </w:rPr>
      </w:pPr>
      <w:r w:rsidRPr="00512EDC">
        <w:rPr>
          <w:lang w:val="bs-Latn-BA"/>
        </w:rPr>
        <w:lastRenderedPageBreak/>
        <w:t>3. PROFIL, ISKUSTVO I KAPACITET ORGANIZACIJE</w:t>
      </w:r>
    </w:p>
    <w:p w14:paraId="1417C0E8" w14:textId="77777777" w:rsidR="00715E53" w:rsidRPr="00512EDC" w:rsidRDefault="00000000" w:rsidP="00EB5F53">
      <w:pPr>
        <w:rPr>
          <w:b/>
          <w:bCs/>
          <w:lang w:val="bs-Latn-BA"/>
        </w:rPr>
      </w:pPr>
      <w:r w:rsidRPr="00512EDC">
        <w:rPr>
          <w:b/>
          <w:bCs/>
          <w:lang w:val="bs-Latn-BA"/>
        </w:rPr>
        <w:t>3.1 Kratak opis misije i glavnih djelatnosti organizacije: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15E53" w:rsidRPr="00512EDC" w14:paraId="17EAAE78" w14:textId="77777777" w:rsidTr="00512EDC">
        <w:tc>
          <w:tcPr>
            <w:tcW w:w="9360" w:type="dxa"/>
          </w:tcPr>
          <w:p w14:paraId="323DFFA5" w14:textId="77777777" w:rsidR="00715E53" w:rsidRPr="00512EDC" w:rsidRDefault="00000000" w:rsidP="00EB5F53">
            <w:pPr>
              <w:rPr>
                <w:i/>
                <w:iCs/>
                <w:sz w:val="21"/>
                <w:szCs w:val="21"/>
                <w:lang w:val="bs-Latn-BA"/>
              </w:rPr>
            </w:pPr>
            <w:r w:rsidRPr="00512EDC">
              <w:rPr>
                <w:i/>
                <w:iCs/>
                <w:sz w:val="21"/>
                <w:szCs w:val="21"/>
                <w:lang w:val="bs-Latn-BA"/>
              </w:rPr>
              <w:t>[Opisati osnovne ciljeve organizacije, područje djelovanja i ciljne grupe kojima pružate usluge]</w:t>
            </w:r>
          </w:p>
          <w:p w14:paraId="342FE447" w14:textId="77777777" w:rsidR="00EB5F53" w:rsidRDefault="00EB5F53" w:rsidP="00EB5F53">
            <w:pPr>
              <w:rPr>
                <w:lang w:val="bs-Latn-BA"/>
              </w:rPr>
            </w:pPr>
          </w:p>
          <w:p w14:paraId="6E50416C" w14:textId="03EDFCE2" w:rsidR="00512EDC" w:rsidRPr="00512EDC" w:rsidRDefault="00512EDC" w:rsidP="00EB5F53">
            <w:pPr>
              <w:rPr>
                <w:lang w:val="bs-Latn-BA"/>
              </w:rPr>
            </w:pPr>
          </w:p>
        </w:tc>
      </w:tr>
    </w:tbl>
    <w:p w14:paraId="2133EA2B" w14:textId="77777777" w:rsidR="00715E53" w:rsidRPr="00512EDC" w:rsidRDefault="00000000" w:rsidP="00EB5F53">
      <w:pPr>
        <w:rPr>
          <w:b/>
          <w:bCs/>
          <w:lang w:val="bs-Latn-BA"/>
        </w:rPr>
      </w:pPr>
      <w:r w:rsidRPr="00512EDC">
        <w:rPr>
          <w:b/>
          <w:bCs/>
          <w:lang w:val="bs-Latn-BA"/>
        </w:rPr>
        <w:t>3.2 Dosadašnje iskustvo u pružanju podrške malim i srednjim preduzećima (MSP):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15E53" w:rsidRPr="00512EDC" w14:paraId="44D3D292" w14:textId="77777777" w:rsidTr="00512EDC">
        <w:tc>
          <w:tcPr>
            <w:tcW w:w="9360" w:type="dxa"/>
          </w:tcPr>
          <w:p w14:paraId="30584D35" w14:textId="73A357C7" w:rsidR="00715E53" w:rsidRPr="00512EDC" w:rsidRDefault="00000000" w:rsidP="00EB5F53">
            <w:pPr>
              <w:rPr>
                <w:i/>
                <w:iCs/>
                <w:sz w:val="21"/>
                <w:szCs w:val="21"/>
                <w:lang w:val="bs-Latn-BA"/>
              </w:rPr>
            </w:pPr>
            <w:r w:rsidRPr="00512EDC">
              <w:rPr>
                <w:i/>
                <w:iCs/>
                <w:sz w:val="21"/>
                <w:szCs w:val="21"/>
                <w:lang w:val="bs-Latn-BA"/>
              </w:rPr>
              <w:t xml:space="preserve">[Navesti ključne programe, projekte ili usluge koje </w:t>
            </w:r>
            <w:r w:rsidR="00512EDC">
              <w:rPr>
                <w:i/>
                <w:iCs/>
                <w:sz w:val="21"/>
                <w:szCs w:val="21"/>
                <w:lang w:val="bs-Latn-BA"/>
              </w:rPr>
              <w:t xml:space="preserve">organizacija </w:t>
            </w:r>
            <w:r w:rsidRPr="00512EDC">
              <w:rPr>
                <w:i/>
                <w:iCs/>
                <w:sz w:val="21"/>
                <w:szCs w:val="21"/>
                <w:lang w:val="bs-Latn-BA"/>
              </w:rPr>
              <w:t>pružat</w:t>
            </w:r>
            <w:r w:rsidR="00512EDC">
              <w:rPr>
                <w:i/>
                <w:iCs/>
                <w:sz w:val="21"/>
                <w:szCs w:val="21"/>
                <w:lang w:val="bs-Latn-BA"/>
              </w:rPr>
              <w:t>e</w:t>
            </w:r>
            <w:r w:rsidRPr="00512EDC">
              <w:rPr>
                <w:i/>
                <w:iCs/>
                <w:sz w:val="21"/>
                <w:szCs w:val="21"/>
                <w:lang w:val="bs-Latn-BA"/>
              </w:rPr>
              <w:t xml:space="preserve"> preduzećima u okviru redovnog poslovanja]</w:t>
            </w:r>
          </w:p>
          <w:p w14:paraId="5FAB2C6A" w14:textId="5D87359E" w:rsidR="00EB5F53" w:rsidRPr="00512EDC" w:rsidRDefault="00EB5F53" w:rsidP="00EB5F53">
            <w:pPr>
              <w:rPr>
                <w:lang w:val="bs-Latn-BA"/>
              </w:rPr>
            </w:pPr>
          </w:p>
        </w:tc>
      </w:tr>
    </w:tbl>
    <w:p w14:paraId="0D4212BE" w14:textId="77777777" w:rsidR="00715E53" w:rsidRPr="00512EDC" w:rsidRDefault="00000000" w:rsidP="00EB5F53">
      <w:pPr>
        <w:rPr>
          <w:b/>
          <w:bCs/>
          <w:lang w:val="bs-Latn-BA"/>
        </w:rPr>
      </w:pPr>
      <w:r w:rsidRPr="00512EDC">
        <w:rPr>
          <w:b/>
          <w:bCs/>
          <w:lang w:val="bs-Latn-BA"/>
        </w:rPr>
        <w:t xml:space="preserve">3.3 Dosadašnje aktivnosti ili inicijative u oblasti zelene ekonomije i </w:t>
      </w:r>
      <w:proofErr w:type="spellStart"/>
      <w:r w:rsidRPr="00512EDC">
        <w:rPr>
          <w:b/>
          <w:bCs/>
          <w:lang w:val="bs-Latn-BA"/>
        </w:rPr>
        <w:t>održivosti</w:t>
      </w:r>
      <w:proofErr w:type="spellEnd"/>
      <w:r w:rsidRPr="00512EDC">
        <w:rPr>
          <w:b/>
          <w:bCs/>
          <w:lang w:val="bs-Latn-BA"/>
        </w:rPr>
        <w:t xml:space="preserve"> (ukoliko postoje):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15E53" w:rsidRPr="00512EDC" w14:paraId="3606044F" w14:textId="77777777" w:rsidTr="00512EDC">
        <w:tc>
          <w:tcPr>
            <w:tcW w:w="9360" w:type="dxa"/>
          </w:tcPr>
          <w:p w14:paraId="74D3AB97" w14:textId="79F82A88" w:rsidR="00715E53" w:rsidRPr="00512EDC" w:rsidRDefault="00000000" w:rsidP="00EB5F53">
            <w:pPr>
              <w:rPr>
                <w:i/>
                <w:iCs/>
                <w:lang w:val="bs-Latn-BA"/>
              </w:rPr>
            </w:pPr>
            <w:r w:rsidRPr="00512EDC">
              <w:rPr>
                <w:i/>
                <w:iCs/>
                <w:lang w:val="bs-Latn-BA"/>
              </w:rPr>
              <w:t xml:space="preserve">[Opisati </w:t>
            </w:r>
            <w:r w:rsidR="00512EDC">
              <w:rPr>
                <w:i/>
                <w:iCs/>
                <w:lang w:val="bs-Latn-BA"/>
              </w:rPr>
              <w:t xml:space="preserve">ukratko </w:t>
            </w:r>
            <w:r w:rsidRPr="00512EDC">
              <w:rPr>
                <w:i/>
                <w:iCs/>
                <w:lang w:val="bs-Latn-BA"/>
              </w:rPr>
              <w:t>dosadašnje iskustvo</w:t>
            </w:r>
            <w:r w:rsidR="00512EDC">
              <w:rPr>
                <w:i/>
                <w:iCs/>
                <w:lang w:val="bs-Latn-BA"/>
              </w:rPr>
              <w:t xml:space="preserve"> organizacije</w:t>
            </w:r>
            <w:r w:rsidRPr="00512EDC">
              <w:rPr>
                <w:i/>
                <w:iCs/>
                <w:lang w:val="bs-Latn-BA"/>
              </w:rPr>
              <w:t xml:space="preserve"> u projektima zelene tranzicije, cirkularne ekonomije ili održivog razvoja]</w:t>
            </w:r>
          </w:p>
          <w:p w14:paraId="47609947" w14:textId="77777777" w:rsidR="00EB5F53" w:rsidRDefault="00EB5F53" w:rsidP="00EB5F53">
            <w:pPr>
              <w:rPr>
                <w:lang w:val="bs-Latn-BA"/>
              </w:rPr>
            </w:pPr>
          </w:p>
          <w:p w14:paraId="3AD5C57C" w14:textId="1C5E2485" w:rsidR="00512EDC" w:rsidRPr="00512EDC" w:rsidRDefault="00512EDC" w:rsidP="00EB5F53">
            <w:pPr>
              <w:rPr>
                <w:lang w:val="bs-Latn-BA"/>
              </w:rPr>
            </w:pPr>
          </w:p>
        </w:tc>
      </w:tr>
    </w:tbl>
    <w:p w14:paraId="1FE01182" w14:textId="77777777" w:rsidR="00715E53" w:rsidRPr="00512EDC" w:rsidRDefault="00000000" w:rsidP="00EB5F53">
      <w:pPr>
        <w:rPr>
          <w:b/>
          <w:bCs/>
          <w:lang w:val="bs-Latn-BA"/>
        </w:rPr>
      </w:pPr>
      <w:r w:rsidRPr="00512EDC">
        <w:rPr>
          <w:b/>
          <w:bCs/>
          <w:lang w:val="bs-Latn-BA"/>
        </w:rPr>
        <w:t>3.4 Motivacija za učešće u GREENSMES programu jačanja kapaciteta: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15E53" w:rsidRPr="00512EDC" w14:paraId="62E40EFF" w14:textId="77777777" w:rsidTr="00512EDC">
        <w:tc>
          <w:tcPr>
            <w:tcW w:w="9360" w:type="dxa"/>
          </w:tcPr>
          <w:p w14:paraId="69E51FA9" w14:textId="38342EB4" w:rsidR="00715E53" w:rsidRPr="00512EDC" w:rsidRDefault="00000000" w:rsidP="00EB5F53">
            <w:pPr>
              <w:rPr>
                <w:i/>
                <w:iCs/>
                <w:sz w:val="21"/>
                <w:szCs w:val="21"/>
                <w:lang w:val="bs-Latn-BA"/>
              </w:rPr>
            </w:pPr>
            <w:r w:rsidRPr="00512EDC">
              <w:rPr>
                <w:i/>
                <w:iCs/>
                <w:sz w:val="21"/>
                <w:szCs w:val="21"/>
                <w:lang w:val="bs-Latn-BA"/>
              </w:rPr>
              <w:t>[Navesti zašto želi</w:t>
            </w:r>
            <w:r w:rsidR="00512EDC" w:rsidRPr="00512EDC">
              <w:rPr>
                <w:i/>
                <w:iCs/>
                <w:sz w:val="21"/>
                <w:szCs w:val="21"/>
                <w:lang w:val="bs-Latn-BA"/>
              </w:rPr>
              <w:t>te</w:t>
            </w:r>
            <w:r w:rsidRPr="00512EDC">
              <w:rPr>
                <w:i/>
                <w:iCs/>
                <w:sz w:val="21"/>
                <w:szCs w:val="21"/>
                <w:lang w:val="bs-Latn-BA"/>
              </w:rPr>
              <w:t xml:space="preserve"> učestvovati, koje kapacitete i usluge želite razviti ili unaprijediti za podršku MSP u zelenoj tranziciji]</w:t>
            </w:r>
          </w:p>
          <w:p w14:paraId="70A9FDC3" w14:textId="77777777" w:rsidR="00EB5F53" w:rsidRDefault="00EB5F53" w:rsidP="00EB5F53">
            <w:pPr>
              <w:rPr>
                <w:lang w:val="bs-Latn-BA"/>
              </w:rPr>
            </w:pPr>
          </w:p>
          <w:p w14:paraId="720C74A7" w14:textId="18730685" w:rsidR="00512EDC" w:rsidRPr="00512EDC" w:rsidRDefault="00512EDC" w:rsidP="00EB5F53">
            <w:pPr>
              <w:rPr>
                <w:lang w:val="bs-Latn-BA"/>
              </w:rPr>
            </w:pPr>
          </w:p>
        </w:tc>
      </w:tr>
    </w:tbl>
    <w:p w14:paraId="62202EDE" w14:textId="77777777" w:rsidR="00715E53" w:rsidRPr="00512EDC" w:rsidRDefault="00000000" w:rsidP="00EB5F53">
      <w:pPr>
        <w:rPr>
          <w:b/>
          <w:bCs/>
          <w:lang w:val="bs-Latn-BA"/>
        </w:rPr>
      </w:pPr>
      <w:r w:rsidRPr="00512EDC">
        <w:rPr>
          <w:b/>
          <w:bCs/>
          <w:lang w:val="bs-Latn-BA"/>
        </w:rPr>
        <w:t>3.5 Predloženi predstavnici organizacije za učešće u programu: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15E53" w:rsidRPr="00512EDC" w14:paraId="734F286A" w14:textId="77777777" w:rsidTr="00512EDC">
        <w:tc>
          <w:tcPr>
            <w:tcW w:w="9360" w:type="dxa"/>
          </w:tcPr>
          <w:p w14:paraId="69C73D5F" w14:textId="3EEC0CED" w:rsidR="00715E53" w:rsidRPr="00512EDC" w:rsidRDefault="00000000" w:rsidP="00512EDC">
            <w:pPr>
              <w:rPr>
                <w:i/>
                <w:iCs/>
                <w:sz w:val="21"/>
                <w:szCs w:val="21"/>
                <w:lang w:val="bs-Latn-BA"/>
              </w:rPr>
            </w:pPr>
            <w:r w:rsidRPr="00512EDC">
              <w:rPr>
                <w:i/>
                <w:iCs/>
                <w:sz w:val="21"/>
                <w:szCs w:val="21"/>
                <w:lang w:val="bs-Latn-BA"/>
              </w:rPr>
              <w:t xml:space="preserve">[Navesti ime, prezime i poziciju 1-2 </w:t>
            </w:r>
            <w:r w:rsidR="00512EDC" w:rsidRPr="00512EDC">
              <w:rPr>
                <w:i/>
                <w:iCs/>
                <w:sz w:val="21"/>
                <w:szCs w:val="21"/>
                <w:lang w:val="bs-Latn-BA"/>
              </w:rPr>
              <w:t>predstavnika organizacije</w:t>
            </w:r>
            <w:r w:rsidRPr="00512EDC">
              <w:rPr>
                <w:i/>
                <w:iCs/>
                <w:sz w:val="21"/>
                <w:szCs w:val="21"/>
                <w:lang w:val="bs-Latn-BA"/>
              </w:rPr>
              <w:t xml:space="preserve"> koji će učestvovati u intervjuu, dijagnostici, radionicama uživo u Banjaluci i izradi Akcionog plana]</w:t>
            </w:r>
          </w:p>
          <w:p w14:paraId="686AB645" w14:textId="77777777" w:rsidR="00EB5F53" w:rsidRDefault="00EB5F53" w:rsidP="00512EDC">
            <w:pPr>
              <w:rPr>
                <w:lang w:val="bs-Latn-BA"/>
              </w:rPr>
            </w:pPr>
          </w:p>
          <w:p w14:paraId="07B2D983" w14:textId="7FB2CA89" w:rsidR="00512EDC" w:rsidRPr="00512EDC" w:rsidRDefault="00512EDC" w:rsidP="00512EDC">
            <w:pPr>
              <w:rPr>
                <w:lang w:val="bs-Latn-BA"/>
              </w:rPr>
            </w:pPr>
          </w:p>
        </w:tc>
      </w:tr>
    </w:tbl>
    <w:p w14:paraId="3ECE62B1" w14:textId="60C64AD7" w:rsidR="00715E53" w:rsidRPr="00512EDC" w:rsidRDefault="00715E53">
      <w:pPr>
        <w:rPr>
          <w:lang w:val="bs-Latn-BA"/>
        </w:rPr>
      </w:pPr>
    </w:p>
    <w:sectPr w:rsidR="00715E53" w:rsidRPr="00512EDC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96DFC2" w14:textId="77777777" w:rsidR="005C7798" w:rsidRDefault="005C7798" w:rsidP="00512EDC">
      <w:pPr>
        <w:spacing w:before="0" w:after="0"/>
      </w:pPr>
      <w:r>
        <w:separator/>
      </w:r>
    </w:p>
  </w:endnote>
  <w:endnote w:type="continuationSeparator" w:id="0">
    <w:p w14:paraId="713D5610" w14:textId="77777777" w:rsidR="005C7798" w:rsidRDefault="005C7798" w:rsidP="00512ED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8219C2" w14:textId="4348E418" w:rsidR="00512EDC" w:rsidRDefault="00512EDC" w:rsidP="00512EDC">
    <w:pPr>
      <w:pStyle w:val="Footer"/>
      <w:tabs>
        <w:tab w:val="clear" w:pos="4680"/>
        <w:tab w:val="clear" w:pos="9360"/>
        <w:tab w:val="left" w:pos="1787"/>
      </w:tabs>
    </w:pPr>
    <w:r>
      <w:rPr>
        <w:noProof/>
      </w:rPr>
      <w:drawing>
        <wp:inline distT="0" distB="0" distL="0" distR="0" wp14:anchorId="5E63564B" wp14:editId="22526331">
          <wp:extent cx="5740400" cy="596900"/>
          <wp:effectExtent l="0" t="0" r="0" b="0"/>
          <wp:docPr id="52765330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653300" name="Picture 5276533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040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778294" w14:textId="77777777" w:rsidR="005C7798" w:rsidRDefault="005C7798" w:rsidP="00512EDC">
      <w:pPr>
        <w:spacing w:before="0" w:after="0"/>
      </w:pPr>
      <w:r>
        <w:separator/>
      </w:r>
    </w:p>
  </w:footnote>
  <w:footnote w:type="continuationSeparator" w:id="0">
    <w:p w14:paraId="137C7D88" w14:textId="77777777" w:rsidR="005C7798" w:rsidRDefault="005C7798" w:rsidP="00512ED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F82A5A" w14:textId="779298B7" w:rsidR="00512EDC" w:rsidRDefault="00512EDC" w:rsidP="00512EDC">
    <w:pPr>
      <w:pStyle w:val="Header"/>
      <w:jc w:val="center"/>
    </w:pPr>
    <w:r>
      <w:rPr>
        <w:noProof/>
      </w:rPr>
      <w:drawing>
        <wp:inline distT="0" distB="0" distL="0" distR="0" wp14:anchorId="4DF990AD" wp14:editId="238C9C79">
          <wp:extent cx="4508500" cy="774700"/>
          <wp:effectExtent l="0" t="0" r="0" b="0"/>
          <wp:docPr id="20370514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051408" name="Picture 20370514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0850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F6F14"/>
    <w:multiLevelType w:val="hybridMultilevel"/>
    <w:tmpl w:val="4C42E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307279">
    <w:abstractNumId w:val="8"/>
  </w:num>
  <w:num w:numId="2" w16cid:durableId="671837683">
    <w:abstractNumId w:val="6"/>
  </w:num>
  <w:num w:numId="3" w16cid:durableId="19012178">
    <w:abstractNumId w:val="5"/>
  </w:num>
  <w:num w:numId="4" w16cid:durableId="1210260313">
    <w:abstractNumId w:val="4"/>
  </w:num>
  <w:num w:numId="5" w16cid:durableId="641689079">
    <w:abstractNumId w:val="7"/>
  </w:num>
  <w:num w:numId="6" w16cid:durableId="32929402">
    <w:abstractNumId w:val="3"/>
  </w:num>
  <w:num w:numId="7" w16cid:durableId="803274975">
    <w:abstractNumId w:val="2"/>
  </w:num>
  <w:num w:numId="8" w16cid:durableId="2090032109">
    <w:abstractNumId w:val="1"/>
  </w:num>
  <w:num w:numId="9" w16cid:durableId="1706756152">
    <w:abstractNumId w:val="0"/>
  </w:num>
  <w:num w:numId="10" w16cid:durableId="90749391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716"/>
    <w:rsid w:val="00135482"/>
    <w:rsid w:val="0015074B"/>
    <w:rsid w:val="0029639D"/>
    <w:rsid w:val="00326F90"/>
    <w:rsid w:val="00512EDC"/>
    <w:rsid w:val="00517075"/>
    <w:rsid w:val="005C7798"/>
    <w:rsid w:val="00715E53"/>
    <w:rsid w:val="00AA1D8D"/>
    <w:rsid w:val="00B47730"/>
    <w:rsid w:val="00CB0664"/>
    <w:rsid w:val="00EB5F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5659459"/>
  <w14:defaultImageDpi w14:val="300"/>
  <w15:docId w15:val="{6F3C5373-E43A-1145-8A0B-B956D68B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F53"/>
    <w:pPr>
      <w:spacing w:before="120" w:after="120"/>
      <w:jc w:val="both"/>
    </w:pPr>
    <w:rPr>
      <w:rFonts w:ascii="Open Sans" w:hAnsi="Open San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5F53"/>
    <w:pPr>
      <w:keepNext/>
      <w:keepLines/>
      <w:spacing w:before="240" w:after="0"/>
      <w:outlineLvl w:val="0"/>
    </w:pPr>
    <w:rPr>
      <w:rFonts w:eastAsiaTheme="majorEastAsia" w:cstheme="majorBidi"/>
      <w:color w:val="23B9AB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5F53"/>
    <w:pPr>
      <w:keepNext/>
      <w:keepLines/>
      <w:spacing w:before="40" w:after="0"/>
      <w:outlineLvl w:val="1"/>
    </w:pPr>
    <w:rPr>
      <w:rFonts w:eastAsiaTheme="majorEastAsia" w:cstheme="majorBidi"/>
      <w:color w:val="00206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5F53"/>
    <w:pPr>
      <w:keepNext/>
      <w:keepLines/>
      <w:spacing w:before="40" w:after="0"/>
      <w:outlineLvl w:val="2"/>
    </w:pPr>
    <w:rPr>
      <w:rFonts w:eastAsiaTheme="majorEastAsia" w:cstheme="majorBidi"/>
      <w:color w:val="23B9AB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F53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47E8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F5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F5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F5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F5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F5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jc w:val="both"/>
    </w:pPr>
    <w:rPr>
      <w:rFonts w:ascii="Open Sans" w:hAnsi="Open Sans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B5F53"/>
    <w:rPr>
      <w:rFonts w:ascii="Open Sans" w:eastAsiaTheme="majorEastAsia" w:hAnsi="Open Sans" w:cstheme="majorBidi"/>
      <w:color w:val="23B9AB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5F53"/>
    <w:rPr>
      <w:rFonts w:ascii="Open Sans" w:eastAsiaTheme="majorEastAsia" w:hAnsi="Open Sans" w:cstheme="majorBidi"/>
      <w:color w:val="00206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5F53"/>
    <w:rPr>
      <w:rFonts w:ascii="Open Sans" w:eastAsiaTheme="majorEastAsia" w:hAnsi="Open Sans" w:cstheme="majorBidi"/>
      <w:color w:val="23B9AB"/>
    </w:rPr>
  </w:style>
  <w:style w:type="paragraph" w:styleId="Title">
    <w:name w:val="Title"/>
    <w:basedOn w:val="Normal"/>
    <w:next w:val="Normal"/>
    <w:link w:val="TitleChar"/>
    <w:uiPriority w:val="10"/>
    <w:qFormat/>
    <w:rsid w:val="00EB5F53"/>
    <w:pPr>
      <w:spacing w:before="0" w:after="0"/>
      <w:contextualSpacing/>
    </w:pPr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5F53"/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ListParagraph">
    <w:name w:val="List Paragraph"/>
    <w:basedOn w:val="Normal"/>
    <w:uiPriority w:val="34"/>
    <w:qFormat/>
    <w:rsid w:val="00EB5F53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Open Sans" w:hAnsi="Open Sans"/>
      <w:i/>
      <w:iCs/>
      <w:color w:val="404040" w:themeColor="text1" w:themeTint="BF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F53"/>
    <w:rPr>
      <w:rFonts w:ascii="Open Sans" w:eastAsiaTheme="majorEastAsia" w:hAnsi="Open Sans" w:cstheme="majorBidi"/>
      <w:i/>
      <w:iCs/>
      <w:color w:val="047E8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F53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F53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F53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F5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F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Open Sans" w:hAnsi="Open Sans"/>
      <w:i/>
      <w:iCs/>
      <w:color w:val="4472C4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C693F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5F53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REENSME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Milena Ljubicic</cp:lastModifiedBy>
  <cp:revision>2</cp:revision>
  <dcterms:created xsi:type="dcterms:W3CDTF">2026-10-23T11:01:00Z</dcterms:created>
  <dcterms:modified xsi:type="dcterms:W3CDTF">2026-10-23T11:01:00Z</dcterms:modified>
  <cp:category/>
</cp:coreProperties>
</file>